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מסע, מבצעים וטקס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תולדות העלייה מאתיופיה ואת מבצעי העלייה הגדולים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טקס הסיגד ואת מקום החוק בשימור 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טענות בנושא חג קהילתי מול חג 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1984-1985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about 14,310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35 מטוסים ב-36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להגן על העולים ועל אלה שנשארו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היה כבר ניסיון בשנת 1862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במסע ובטקס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נקבע בחוק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החוק קבע יום בחירה ולא שבתון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(עלייה חשאית מסודן 1984-1985)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(35 מטוסים תוך 36 שעות)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(תפילה וחידוש הברית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(הגדרת החג כחג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(זכר למי שנספו בדרך לישראל)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ציר זמן - סדרו לפי הכרונולוגיה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ניסיון עלייה ראשון של יהודי אתיופיה בשנת 1862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יציאה מאתיופיה במסע קשה לכיוון 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שהייה ומסע במדבר סודן, בסכנת רעב וחום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מבצע משה - עלייה חשאית 1984-1985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מבצע שלמה - עלייה המונית במטוסים 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קליטה בישראל וציון חג הסיגד מדי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בעד: מכבד את מי שרוצה לחגוג בלי לכפות על כולם. נגד: מקשה על מי שרוצה לחגוג כי לא כולם מקבלים חופש. יש להעריך הבנה של שני הצדדים ולא רק עמדה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להרוויח: הכרה רשמית, תקציב, חשיפה לכלל הציבור. לאיבוד: ייחודיות קהילתית, שליטה של הקהילה על אופי החג. יש להעריך חשיבה על שני הצדדים.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לתיאור קצר ומדויק של המבצע עם לפחות מספר אחד (מטוסים/שעות/עולים)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לאזכור תפילה/חידוש ברית/קהילה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לרעיון כמו: חג קהילתי נשלט על ידי הקהילה, חג מדינה מקבל הכרה ותקציב אך גם פיקוח חיצוני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לצפות מראש בסרטון על טקס הזיכרון לפני השיעור, הוא רגיש ומתאר סכנות וקשיים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בקטע קצר מהסרטון על טקס הסיגד כדי לעורר עניין לפני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משימות הכתיבה הפתוחות מתאימות במיוחד לכיתות ט׳-י׳ שמוכנות לדיון ערכי מורכב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מסע, מבצעים וטקס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יהודי אתיופיה. בדף נלמד על הדרך לישראל, על שני מבצעי עלייה גדולים, ועל הטקס בירושלים.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חידוש הברית עם האלוהים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משה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חשאית מסודן בשנים 1984-1985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שלמה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המונית במטוסים בשנת 1991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מסורתי בקהילה האתיופית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הגדרה בחוק שהחג מצוין רשמית במדינת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שאפשר לבחור לחגוג בו, לא שבתון לכולם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עצרת מרכזית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ממלכתי שפותח את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הברית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תפילה שמחדש את הקשר בין העם לאלוהים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היה מבצע משה?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1948-1949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1984-1985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1991-1992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2000-2001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אנשים עלו במבצע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about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about 5,000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about 14,310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about 50,000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התבצע מבצע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35 מטוסים ב-36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אוניות בשבוע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רגלי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טיסה אחת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מדינה יצאו העולים?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עיר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 היה מבצע חשאי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הניסיון הראשון של יהודי אתיופיה לעלות לארץ ישראל היה רק במאה ה-20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במסע דרך סודן היו סכנות של רעב וחום קיצוני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הסיגד קובע שהחג הוא חג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הסיגד קבע יום שבתון לכלל אזרחי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מבצע __________ היה מבצע עלייה חשאי מסודן בשנים 1984-1985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במבצע שלמה עלו לישראל כ-14,310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 הסיגד נהוג ללבוש בגדים __________ ולהשתמש במטריות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הם מנהיגי הדת המסורתיים בקהילה האתיופית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מבצע משה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זכר למי שנספו בדרך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מבצע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הגדרת החג כחג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עלייה חשאית מסודן 1984-1985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חוק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תפילה וחידוש הברית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טקס הזיכרון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35 מטוסים תוך 36 שעות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ציר זמן - סדרו לפי הכרונולוגיה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 - עלייה חשאית 1984-1985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שהייה ומסע במדבר סודן, בסכנת רעב וחום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יציאה מאתיופיה במסע קשה לכיוון סודן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קליטה בישראל וציון חג הסיגד מדי 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עלייה ראשון של יהודי אתיופיה בשנת 1862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שלמה - עלייה המונית במטוסים 1991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החוק קבע שהסיגד הוא יום בחירה ולא שבתון לכולם. כתבו טענה בעד ההחלטה וטענה נגדה (3-4 משפטים לכל צד)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חג של קהילה לבין חג של מדינה? מה אפשר להרוויח ומה עלול ללכת לאיבוד כשחג קהילתי הופך לחג רשמי?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מבצע שלמה ומה היה מיוחד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בטקס הסיגד בירושלים?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להבדל בין חג קהילתי לחג מדינה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מסע, מבצעים וטקס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